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PST 315 Organizational Assessment Grade Sheet</w:t>
      </w:r>
    </w:p>
    <w:p>
      <w:pPr>
        <w:jc w:val="center"/>
      </w:pPr>
      <w:r>
        <w:t>Fall 2026</w:t>
      </w:r>
    </w:p>
    <w:p>
      <w:r>
        <w:rPr>
          <w:b/>
        </w:rPr>
        <w:t xml:space="preserve">Name:  </w:t>
      </w:r>
      <w:r>
        <w:t>_________________________________________________________</w:t>
      </w:r>
    </w:p>
    <w:p>
      <w:r>
        <w:rPr>
          <w:b/>
        </w:rPr>
        <w:t xml:space="preserve">Date:  </w:t>
      </w:r>
      <w:r>
        <w:t>_________________________________________________________</w:t>
      </w:r>
    </w:p>
    <w:p>
      <w:r>
        <w:rPr>
          <w:b/>
        </w:rPr>
        <w:t xml:space="preserve">Client and Agency Name:  </w:t>
      </w:r>
      <w:r>
        <w:t>_______________________________________</w:t>
      </w:r>
    </w:p>
    <w:p/>
    <w:p>
      <w:r>
        <w:rPr>
          <w:b/>
          <w:sz w:val="24"/>
        </w:rPr>
        <w:t>Points Earned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/>
            <w:r>
              <w:rPr>
                <w:b/>
              </w:rPr>
              <w:t>Section</w:t>
            </w:r>
          </w:p>
        </w:tc>
        <w:tc>
          <w:tcPr>
            <w:tcW w:type="dxa" w:w="2880"/>
          </w:tcPr>
          <w:p>
            <w:r/>
            <w:r>
              <w:rPr>
                <w:b/>
              </w:rPr>
              <w:t>Maximum</w:t>
            </w:r>
          </w:p>
        </w:tc>
        <w:tc>
          <w:tcPr>
            <w:tcW w:type="dxa" w:w="2880"/>
          </w:tcPr>
          <w:p>
            <w:r/>
            <w:r>
              <w:rPr>
                <w:b/>
              </w:rPr>
              <w:t>Actual</w:t>
            </w:r>
          </w:p>
        </w:tc>
      </w:tr>
      <w:tr>
        <w:tc>
          <w:tcPr>
            <w:tcW w:type="dxa" w:w="2880"/>
          </w:tcPr>
          <w:p>
            <w:r>
              <w:t>1. Organizational Culture</w:t>
            </w:r>
          </w:p>
        </w:tc>
        <w:tc>
          <w:tcPr>
            <w:tcW w:type="dxa" w:w="2880"/>
          </w:tcPr>
          <w:p>
            <w:r>
              <w:t>2</w:t>
            </w:r>
          </w:p>
        </w:tc>
        <w:tc>
          <w:tcPr>
            <w:tcW w:type="dxa" w:w="2880"/>
          </w:tcPr>
          <w:p>
            <w:r/>
          </w:p>
        </w:tc>
      </w:tr>
      <w:tr>
        <w:tc>
          <w:tcPr>
            <w:tcW w:type="dxa" w:w="2880"/>
          </w:tcPr>
          <w:p>
            <w:r>
              <w:t>2. Website Analysis</w:t>
            </w:r>
          </w:p>
        </w:tc>
        <w:tc>
          <w:tcPr>
            <w:tcW w:type="dxa" w:w="2880"/>
          </w:tcPr>
          <w:p>
            <w:r>
              <w:t>1</w:t>
            </w:r>
          </w:p>
        </w:tc>
        <w:tc>
          <w:tcPr>
            <w:tcW w:type="dxa" w:w="2880"/>
          </w:tcPr>
          <w:p>
            <w:r/>
          </w:p>
        </w:tc>
      </w:tr>
      <w:tr>
        <w:tc>
          <w:tcPr>
            <w:tcW w:type="dxa" w:w="2880"/>
          </w:tcPr>
          <w:p>
            <w:r>
              <w:t>3. Bare Essentials for Your Organization</w:t>
            </w:r>
          </w:p>
        </w:tc>
        <w:tc>
          <w:tcPr>
            <w:tcW w:type="dxa" w:w="2880"/>
          </w:tcPr>
          <w:p>
            <w:r>
              <w:t>2</w:t>
            </w:r>
          </w:p>
        </w:tc>
        <w:tc>
          <w:tcPr>
            <w:tcW w:type="dxa" w:w="2880"/>
          </w:tcPr>
          <w:p>
            <w:r/>
          </w:p>
        </w:tc>
      </w:tr>
      <w:tr>
        <w:tc>
          <w:tcPr>
            <w:tcW w:type="dxa" w:w="2880"/>
          </w:tcPr>
          <w:p>
            <w:r>
              <w:t>4. Agency Goal</w:t>
            </w:r>
          </w:p>
        </w:tc>
        <w:tc>
          <w:tcPr>
            <w:tcW w:type="dxa" w:w="2880"/>
          </w:tcPr>
          <w:p>
            <w:r>
              <w:t>2</w:t>
            </w:r>
          </w:p>
        </w:tc>
        <w:tc>
          <w:tcPr>
            <w:tcW w:type="dxa" w:w="2880"/>
          </w:tcPr>
          <w:p>
            <w:r/>
          </w:p>
        </w:tc>
      </w:tr>
      <w:tr>
        <w:tc>
          <w:tcPr>
            <w:tcW w:type="dxa" w:w="2880"/>
          </w:tcPr>
          <w:p>
            <w:r>
              <w:t>5. Describe Your Project</w:t>
            </w:r>
          </w:p>
        </w:tc>
        <w:tc>
          <w:tcPr>
            <w:tcW w:type="dxa" w:w="2880"/>
          </w:tcPr>
          <w:p>
            <w:r>
              <w:t>1</w:t>
            </w:r>
          </w:p>
        </w:tc>
        <w:tc>
          <w:tcPr>
            <w:tcW w:type="dxa" w:w="2880"/>
          </w:tcPr>
          <w:p>
            <w:r/>
          </w:p>
        </w:tc>
      </w:tr>
      <w:tr>
        <w:tc>
          <w:tcPr>
            <w:tcW w:type="dxa" w:w="2880"/>
          </w:tcPr>
          <w:p>
            <w:r>
              <w:t>6. Research Questions</w:t>
            </w:r>
          </w:p>
        </w:tc>
        <w:tc>
          <w:tcPr>
            <w:tcW w:type="dxa" w:w="2880"/>
          </w:tcPr>
          <w:p>
            <w:r>
              <w:t>2</w:t>
            </w:r>
          </w:p>
        </w:tc>
        <w:tc>
          <w:tcPr>
            <w:tcW w:type="dxa" w:w="2880"/>
          </w:tcPr>
          <w:p>
            <w:r/>
          </w:p>
        </w:tc>
      </w:tr>
      <w:tr>
        <w:tc>
          <w:tcPr>
            <w:tcW w:type="dxa" w:w="2880"/>
          </w:tcPr>
          <w:p>
            <w:r>
              <w:rPr>
                <w:b/>
              </w:rPr>
              <w:t>Total Points Gained</w:t>
            </w:r>
          </w:p>
        </w:tc>
        <w:tc>
          <w:tcPr>
            <w:tcW w:type="dxa" w:w="2880"/>
          </w:tcPr>
          <w:p>
            <w:r>
              <w:rPr>
                <w:b/>
              </w:rPr>
              <w:t>10</w:t>
            </w:r>
          </w:p>
        </w:tc>
        <w:tc>
          <w:tcPr>
            <w:tcW w:type="dxa" w:w="2880"/>
          </w:tcPr>
          <w:p>
            <w:r/>
          </w:p>
        </w:tc>
      </w:tr>
    </w:tbl>
    <w:p/>
    <w:p>
      <w:r>
        <w:rPr>
          <w:b/>
          <w:sz w:val="24"/>
        </w:rPr>
        <w:t>Points Lost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/>
            <w:r>
              <w:rPr>
                <w:b/>
              </w:rPr>
              <w:t>Category</w:t>
            </w:r>
          </w:p>
        </w:tc>
        <w:tc>
          <w:tcPr>
            <w:tcW w:type="dxa" w:w="2880"/>
          </w:tcPr>
          <w:p>
            <w:r/>
            <w:r>
              <w:rPr>
                <w:b/>
              </w:rPr>
              <w:t>Maximum</w:t>
            </w:r>
          </w:p>
        </w:tc>
        <w:tc>
          <w:tcPr>
            <w:tcW w:type="dxa" w:w="2880"/>
          </w:tcPr>
          <w:p>
            <w:r/>
            <w:r>
              <w:rPr>
                <w:b/>
              </w:rPr>
              <w:t>Actual</w:t>
            </w:r>
          </w:p>
        </w:tc>
      </w:tr>
      <w:tr>
        <w:tc>
          <w:tcPr>
            <w:tcW w:type="dxa" w:w="2880"/>
          </w:tcPr>
          <w:p>
            <w:r>
              <w:t>Lateness</w:t>
            </w:r>
          </w:p>
        </w:tc>
        <w:tc>
          <w:tcPr>
            <w:tcW w:type="dxa" w:w="2880"/>
          </w:tcPr>
          <w:p>
            <w:r>
              <w:t>1 per day</w:t>
            </w:r>
          </w:p>
        </w:tc>
        <w:tc>
          <w:tcPr>
            <w:tcW w:type="dxa" w:w="2880"/>
          </w:tcPr>
          <w:p>
            <w:r/>
          </w:p>
        </w:tc>
      </w:tr>
      <w:tr>
        <w:tc>
          <w:tcPr>
            <w:tcW w:type="dxa" w:w="2880"/>
          </w:tcPr>
          <w:p>
            <w:r>
              <w:t>Spelling/Writing (WRT)</w:t>
            </w:r>
          </w:p>
        </w:tc>
        <w:tc>
          <w:tcPr>
            <w:tcW w:type="dxa" w:w="2880"/>
          </w:tcPr>
          <w:p>
            <w:r>
              <w:t>Up to 3</w:t>
            </w:r>
          </w:p>
        </w:tc>
        <w:tc>
          <w:tcPr>
            <w:tcW w:type="dxa" w:w="2880"/>
          </w:tcPr>
          <w:p>
            <w:r/>
          </w:p>
        </w:tc>
      </w:tr>
      <w:tr>
        <w:tc>
          <w:tcPr>
            <w:tcW w:type="dxa" w:w="2880"/>
          </w:tcPr>
          <w:p>
            <w:r>
              <w:t>Organization/Neatness (ORG)</w:t>
            </w:r>
          </w:p>
        </w:tc>
        <w:tc>
          <w:tcPr>
            <w:tcW w:type="dxa" w:w="2880"/>
          </w:tcPr>
          <w:p>
            <w:r>
              <w:t>Up to 5</w:t>
            </w:r>
          </w:p>
        </w:tc>
        <w:tc>
          <w:tcPr>
            <w:tcW w:type="dxa" w:w="2880"/>
          </w:tcPr>
          <w:p>
            <w:r/>
          </w:p>
        </w:tc>
      </w:tr>
      <w:tr>
        <w:tc>
          <w:tcPr>
            <w:tcW w:type="dxa" w:w="2880"/>
          </w:tcPr>
          <w:p>
            <w:r>
              <w:t>Project Scoping/Timeline</w:t>
            </w:r>
          </w:p>
        </w:tc>
        <w:tc>
          <w:tcPr>
            <w:tcW w:type="dxa" w:w="2880"/>
          </w:tcPr>
          <w:p>
            <w:r/>
          </w:p>
        </w:tc>
        <w:tc>
          <w:tcPr>
            <w:tcW w:type="dxa" w:w="2880"/>
          </w:tcPr>
          <w:p>
            <w:r/>
          </w:p>
        </w:tc>
      </w:tr>
      <w:tr>
        <w:tc>
          <w:tcPr>
            <w:tcW w:type="dxa" w:w="2880"/>
          </w:tcPr>
          <w:p>
            <w:r>
              <w:rPr>
                <w:b/>
              </w:rPr>
              <w:t>Total Points Lost</w:t>
            </w:r>
          </w:p>
        </w:tc>
        <w:tc>
          <w:tcPr>
            <w:tcW w:type="dxa" w:w="2880"/>
          </w:tcPr>
          <w:p>
            <w:r>
              <w:rPr>
                <w:b/>
              </w:rPr>
            </w:r>
          </w:p>
        </w:tc>
        <w:tc>
          <w:tcPr>
            <w:tcW w:type="dxa" w:w="2880"/>
          </w:tcPr>
          <w:p>
            <w:r/>
          </w:p>
        </w:tc>
      </w:tr>
    </w:tbl>
    <w:p/>
    <w:p>
      <w:r>
        <w:rPr>
          <w:b/>
        </w:rPr>
        <w:t xml:space="preserve">Points for Paper:  </w:t>
      </w:r>
      <w:r>
        <w:t>____________________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PST 315</dc:creator>
  <cp:keywords/>
  <dc:description/>
  <cp:lastModifiedBy>PST 315</cp:lastModifiedBy>
  <cp:revision>1</cp:revision>
  <dcterms:created xsi:type="dcterms:W3CDTF">2013-12-23T23:15:00Z</dcterms:created>
  <dcterms:modified xsi:type="dcterms:W3CDTF">2013-12-23T23:15:00Z</dcterms:modified>
  <cp:category/>
</cp:coreProperties>
</file>