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PST 315 Organizational Assessment</w:t>
      </w:r>
    </w:p>
    <w:p>
      <w:pPr>
        <w:jc w:val="center"/>
      </w:pPr>
      <w:r>
        <w:t>Fall 2026</w:t>
      </w:r>
    </w:p>
    <w:p>
      <w:r>
        <w:rPr>
          <w:b/>
        </w:rPr>
        <w:t xml:space="preserve">Name:  </w:t>
      </w:r>
      <w:r>
        <w:t>_________________________________________________________</w:t>
      </w:r>
    </w:p>
    <w:p>
      <w:r>
        <w:rPr>
          <w:b/>
        </w:rPr>
        <w:t xml:space="preserve">Date:  </w:t>
      </w:r>
      <w:r>
        <w:t>_________________________________________________________</w:t>
      </w:r>
    </w:p>
    <w:p>
      <w:r>
        <w:rPr>
          <w:b/>
        </w:rPr>
        <w:t xml:space="preserve">Client and Agency Name:  </w:t>
      </w:r>
      <w:r>
        <w:t>_______________________________________</w:t>
      </w:r>
    </w:p>
    <w:p/>
    <w:p>
      <w:r>
        <w:rPr>
          <w:b/>
          <w:sz w:val="28"/>
        </w:rPr>
        <w:t>1. Organizational Culture  (Maximum 250 words - 2 points)</w:t>
      </w:r>
    </w:p>
    <w:p>
      <w:r>
        <w:t>Insert the photo of your follow-up meeting here:</w:t>
      </w:r>
    </w:p>
    <w:p/>
    <w:p>
      <w:r>
        <w:t>Briefly summarize how your client described their organization's culture:</w:t>
      </w:r>
    </w:p>
    <w:p/>
    <w:p>
      <w:r>
        <w:t>Would you want to work in a similar environment?</w:t>
      </w:r>
    </w:p>
    <w:p/>
    <w:p/>
    <w:p>
      <w:r>
        <w:rPr>
          <w:b/>
          <w:sz w:val="28"/>
        </w:rPr>
        <w:t>2. Website Analysis  (Maximum 250 words - 1 point)</w:t>
      </w:r>
    </w:p>
    <w:p>
      <w:r>
        <w:t>Comment on whether the site meets each of the seven bare essentials. Type out the bare essential, then start your comment after a dash.</w:t>
      </w:r>
    </w:p>
    <w:p/>
    <w:p/>
    <w:p>
      <w:r>
        <w:rPr>
          <w:b/>
          <w:sz w:val="28"/>
        </w:rPr>
        <w:t>3. Bare Essentials for Your Organization  (Maximum 250 words - 2 points)</w:t>
      </w:r>
    </w:p>
    <w:p>
      <w:r>
        <w:t>Select the five most important bare essentials for your agency. For each, explain your client's actions or strategies in 1-2 sentences.</w:t>
      </w:r>
    </w:p>
    <w:p/>
    <w:p/>
    <w:p>
      <w:r>
        <w:rPr>
          <w:b/>
          <w:sz w:val="28"/>
        </w:rPr>
        <w:t>4. Agency Goal  (Maximum 250 words - 2 points)</w:t>
      </w:r>
    </w:p>
    <w:p>
      <w:r>
        <w:t>Insert a screenshot of a document or web page describing the agency mission:</w:t>
      </w:r>
    </w:p>
    <w:p/>
    <w:p>
      <w:r>
        <w:t>Mission statement (quoted, with APA citation):</w:t>
      </w:r>
    </w:p>
    <w:p/>
    <w:p>
      <w:r>
        <w:t>An output of your agency:</w:t>
      </w:r>
    </w:p>
    <w:p/>
    <w:p>
      <w:r>
        <w:t>An outcome related to that output:</w:t>
      </w:r>
    </w:p>
    <w:p/>
    <w:p>
      <w:r>
        <w:t>Potential threats to accuracy in your project:</w:t>
      </w:r>
    </w:p>
    <w:p/>
    <w:p>
      <w:r>
        <w:t>Potential threats to representativeness in your project:</w:t>
      </w:r>
    </w:p>
    <w:p/>
    <w:p/>
    <w:p>
      <w:r>
        <w:rPr>
          <w:b/>
          <w:sz w:val="28"/>
        </w:rPr>
        <w:t>5. Describe Your Project  (1 point)</w:t>
      </w:r>
    </w:p>
    <w:p>
      <w:r>
        <w:t>Name of organization:</w:t>
      </w:r>
    </w:p>
    <w:p/>
    <w:p>
      <w:r>
        <w:t>Brief project title:</w:t>
      </w:r>
    </w:p>
    <w:p/>
    <w:p>
      <w:r>
        <w:t>Source of data (survey, records, other):</w:t>
      </w:r>
    </w:p>
    <w:p/>
    <w:p>
      <w:r>
        <w:t>Unit of analysis:</w:t>
      </w:r>
    </w:p>
    <w:p/>
    <w:p>
      <w:r>
        <w:t>Target population (include a number if possible):</w:t>
      </w:r>
    </w:p>
    <w:p/>
    <w:p/>
    <w:p>
      <w:r>
        <w:rPr>
          <w:b/>
          <w:sz w:val="28"/>
        </w:rPr>
        <w:t>6. Research Questions  (2 points)</w:t>
      </w:r>
    </w:p>
    <w:p>
      <w:r>
        <w:t>List 7-10 questions your agency hopes to answer with the data in your report:</w:t>
      </w:r>
    </w:p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PST 315</dc:creator>
  <cp:keywords/>
  <dc:description/>
  <cp:lastModifiedBy>PST 315</cp:lastModifiedBy>
  <cp:revision>1</cp:revision>
  <dcterms:created xsi:type="dcterms:W3CDTF">2013-12-23T23:15:00Z</dcterms:created>
  <dcterms:modified xsi:type="dcterms:W3CDTF">2013-12-23T23:15:00Z</dcterms:modified>
  <cp:category/>
</cp:coreProperties>
</file>